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cadastro do aluno</w:t>
      </w:r>
    </w:p>
    <w:p>
      <w:r>
        <w:t>Modelo administrativo. Preencha somente os dados necessários à matrícula. Informações de saúde devem ser registradas em ficha própria, com acesso restrito.</w:t>
      </w:r>
    </w:p>
    <w:p>
      <w:pPr>
        <w:pStyle w:val="Heading1"/>
      </w:pPr>
      <w:r>
        <w:t>Identificação</w:t>
      </w:r>
    </w:p>
    <w:p>
      <w:r>
        <w:t>Estúdio: _____________________________________________________</w:t>
      </w:r>
    </w:p>
    <w:p>
      <w:r>
        <w:t>Nome completo: _______________________________________________</w:t>
      </w:r>
    </w:p>
    <w:p>
      <w:r>
        <w:t>Data de nascimento: ____/____/________</w:t>
      </w:r>
    </w:p>
    <w:p>
      <w:r>
        <w:t>CPF, quando necessário ao contrato ou recibo: ______________________</w:t>
      </w:r>
    </w:p>
    <w:p>
      <w:pPr>
        <w:pStyle w:val="Heading1"/>
      </w:pPr>
      <w:r>
        <w:t>Contato</w:t>
      </w:r>
    </w:p>
    <w:p>
      <w:r>
        <w:t>Telefone: __________________ E-mail: ___________________________</w:t>
      </w:r>
    </w:p>
    <w:p>
      <w:r>
        <w:t>Endereço, se necessário: ________________________________________</w:t>
      </w:r>
    </w:p>
    <w:p>
      <w:r>
        <w:t>Contato de emergência e vínculo: _________________________________</w:t>
      </w:r>
    </w:p>
    <w:p>
      <w:r>
        <w:t>Telefone de emergência: ________________________________________</w:t>
      </w:r>
    </w:p>
    <w:p>
      <w:pPr>
        <w:pStyle w:val="Heading1"/>
      </w:pPr>
      <w:r>
        <w:t>Responsável legal quando aplicável</w:t>
      </w:r>
    </w:p>
    <w:p>
      <w:r>
        <w:t>Nome: ______________________________________________________</w:t>
      </w:r>
    </w:p>
    <w:p>
      <w:r>
        <w:t>Vínculo: ____________________ Telefone: __________________________</w:t>
      </w:r>
    </w:p>
    <w:p>
      <w:pPr>
        <w:pStyle w:val="Heading1"/>
      </w:pPr>
      <w:r>
        <w:t>Matrícula e preferências</w:t>
      </w:r>
    </w:p>
    <w:p>
      <w:r>
        <w:t>Modalidade: __________________ Plano de interesse: ________________</w:t>
      </w:r>
    </w:p>
    <w:p>
      <w:r>
        <w:t>Dias e horários pretendidos: _____________________________________</w:t>
      </w:r>
    </w:p>
    <w:p>
      <w:r>
        <w:t>Data de início prevista: ____/____/________</w:t>
      </w:r>
    </w:p>
    <w:p>
      <w:pPr>
        <w:pStyle w:val="Heading1"/>
      </w:pPr>
      <w:r>
        <w:t>Conferência e privacidade</w:t>
      </w:r>
    </w:p>
    <w:p>
      <w:r>
        <w:t>O estúdio deve informar como usa e protege os dados no aviso de privacidade disponível em [link/local]. Canal para atualização e exercício de direitos: [contato do estúdio]. Esta ficha não autoriza publicidade nem uso de imagem.</w:t>
      </w:r>
    </w:p>
    <w:p>
      <w:r>
        <w:t>Data: ____/____/________  Responsável pelo cadastro: 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20"/>
      </w:rPr>
      <w:t>GestStudio • Teste 30 dias grátis em geststudio.com.br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GestStudio | Materiais gratuitos para estúdios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