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Recibo de pagamento</w:t>
      </w:r>
    </w:p>
    <w:p>
      <w:r>
        <w:t>Preencha este recibo após confirmar o recebimento. Ele registra o pagamento e não substitui documento fiscal quando exigido.</w:t>
      </w:r>
    </w:p>
    <w:p>
      <w:pPr>
        <w:pStyle w:val="Heading1"/>
      </w:pPr>
      <w:r>
        <w:t>Identificação</w:t>
      </w:r>
    </w:p>
    <w:p>
      <w:r>
        <w:t>Recibo nº: ___________________ Data: ____/____/________</w:t>
      </w:r>
    </w:p>
    <w:p>
      <w:r>
        <w:t>Estúdio ou prestador: ___________________________________________</w:t>
      </w:r>
    </w:p>
    <w:p>
      <w:r>
        <w:t>CNPJ ou CPF: _________________________________________________</w:t>
      </w:r>
    </w:p>
    <w:p>
      <w:r>
        <w:t>Endereço: ____________________________________________________</w:t>
      </w:r>
    </w:p>
    <w:p>
      <w:pPr>
        <w:pStyle w:val="Heading1"/>
      </w:pPr>
      <w:r>
        <w:t>Pagamento recebido</w:t>
      </w:r>
    </w:p>
    <w:p>
      <w:r>
        <w:t>Recebi de: ___________________________________________________</w:t>
      </w:r>
    </w:p>
    <w:p>
      <w:r>
        <w:t>CPF ou CNPJ, se necessário: ____________________________________</w:t>
      </w:r>
    </w:p>
    <w:p>
      <w:r>
        <w:t>Aluno beneficiado, se diferente: __________________________________</w:t>
      </w:r>
    </w:p>
    <w:p>
      <w:r>
        <w:t>Valor recebido: R$ _____________________________________________</w:t>
      </w:r>
    </w:p>
    <w:p>
      <w:r>
        <w:t>Valor por extenso: ______________________________________________</w:t>
      </w:r>
    </w:p>
    <w:p>
      <w:r>
        <w:t>Referente a: __________________________________________________</w:t>
      </w:r>
    </w:p>
    <w:p>
      <w:r>
        <w:t>Período ou competência: ________________________________________</w:t>
      </w:r>
    </w:p>
    <w:p>
      <w:r>
        <w:t>Parcela: ______ de ______  Contrato ou referência: __________________</w:t>
      </w:r>
    </w:p>
    <w:p>
      <w:r>
        <w:t>Forma de pagamento: __________________________________________</w:t>
      </w:r>
    </w:p>
    <w:p>
      <w:r>
        <w:t>Data do recebimento: ____/____/________</w:t>
      </w:r>
    </w:p>
    <w:p>
      <w:r>
        <w:t>Identificador da transação, quando aplicável: ________________________</w:t>
      </w:r>
    </w:p>
    <w:p>
      <w:pPr>
        <w:pStyle w:val="Heading1"/>
      </w:pPr>
      <w:r>
        <w:t>Quitação</w:t>
      </w:r>
    </w:p>
    <w:p>
      <w:r>
        <w:t>A quitação corresponde exclusivamente ao valor e ao serviço ou à parcela descritos acima. Eventual saldo restante deve ser registrado separadamente.</w:t>
      </w:r>
    </w:p>
    <w:p>
      <w:r>
        <w:t>Saldo restante relacionado a esta referência, se houver: R$ ___________</w:t>
      </w:r>
    </w:p>
    <w:p>
      <w:pPr>
        <w:pStyle w:val="Heading1"/>
      </w:pPr>
      <w:r>
        <w:t>Assinatura</w:t>
      </w:r>
    </w:p>
    <w:p>
      <w:r>
        <w:t>Local e data: __________________________________________________</w:t>
      </w:r>
    </w:p>
    <w:p>
      <w:r>
        <w:t>____________________________________________________________</w:t>
      </w:r>
    </w:p>
    <w:p>
      <w:r>
        <w:t>Nome e assinatura de quem recebeu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20"/>
      </w:rPr>
      <w:t>GestStudio • Teste 30 dias grátis em geststudio.com.br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GestStudio | Materiais gratuitos para estúdios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40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